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2423160" cy="640454"/>
            <wp:docPr id="1" name="Picture 1" title="Harry Chapin Food Bank logo" descr="Harry Chapin Food Bank logo"/>
            <wp:cNvGraphicFramePr>
              <a:graphicFrameLocks noChangeAspect="1"/>
            </wp:cNvGraphicFramePr>
            <a:graphic>
              <a:graphicData uri="http://schemas.openxmlformats.org/drawingml/2006/picture">
                <pic:pic>
                  <pic:nvPicPr>
                    <pic:cNvPr id="0" name="hcfb-logo-horizontal-color.png"/>
                    <pic:cNvPicPr/>
                  </pic:nvPicPr>
                  <pic:blipFill>
                    <a:blip r:embed="rId9"/>
                    <a:stretch>
                      <a:fillRect/>
                    </a:stretch>
                  </pic:blipFill>
                  <pic:spPr>
                    <a:xfrm>
                      <a:off x="0" y="0"/>
                      <a:ext cx="2423160" cy="640454"/>
                    </a:xfrm>
                    <a:prstGeom prst="rect"/>
                  </pic:spPr>
                </pic:pic>
              </a:graphicData>
            </a:graphic>
          </wp:inline>
        </w:drawing>
      </w:r>
    </w:p>
    <w:p>
      <w:pPr>
        <w:pStyle w:val="Title"/>
        <w:jc w:val="center"/>
      </w:pPr>
      <w:r>
        <w:t>Agency Partnership Application</w:t>
      </w:r>
    </w:p>
    <w:p>
      <w:pPr>
        <w:jc w:val="center"/>
      </w:pPr>
      <w:r>
        <w:t>Use this editable Word application to request an agency partnership with Harry Chapin Food Bank. Applications are accepted year-round. Applying does not guarantee partnership, and food distribution cannot begin until HCFB gives final approval.</w:t>
      </w:r>
    </w:p>
    <w:p>
      <w:pPr>
        <w:pStyle w:val="Heading1"/>
      </w:pPr>
      <w:r>
        <w:t>How to submit</w:t>
      </w:r>
    </w:p>
    <w:p>
      <w:r>
        <w:t xml:space="preserve">Complete every applicable field and attach all supporting documents listed below. Email the completed application and attachments to </w:t>
      </w:r>
      <w:hyperlink r:id="rId10">
        <w:r>
          <w:rPr>
            <w:color w:val="005A8B"/>
            <w:u w:val="single"/>
          </w:rPr>
          <w:t>agencyrelations@hcfb.org</w:t>
        </w:r>
      </w:hyperlink>
      <w:r>
        <w:t>. Use the subject line “Agency Partnership Application — [Organization Name].” Review the email and attachments before sending. Our Agency Relations team will review your application and follow up about next steps. No response, decision, or approval timeline is guaranteed.</w:t>
      </w:r>
    </w:p>
    <w:p>
      <w:pPr>
        <w:pStyle w:val="Heading1"/>
      </w:pPr>
      <w:r>
        <w:t>Supporting-document checklist</w:t>
      </w:r>
    </w:p>
    <w:p>
      <w:r>
        <w:t>Attach each applicable source-required document with the application.</w:t>
      </w:r>
    </w:p>
    <w:p>
      <w:pPr>
        <w:pStyle w:val="FormResponse"/>
      </w:pPr>
      <w:sdt>
        <w:sdtPr>
          <w:alias w:val="Documentation verifying your organization’s nonprofit, public, or other eligible organizational status, as applicable"/>
          <w:tag w:val="checkbox-documentation-verifying-your-organization’s-nonp"/>
          <w14:checkbox>
            <w14:checked w14:val="0"/>
          </w14:checkbox>
        </w:sdtPr>
        <w:sdtContent>
          <w:r>
            <w:t>☐</w:t>
          </w:r>
        </w:sdtContent>
      </w:sdt>
      <w:r>
        <w:t xml:space="preserve"> Documentation verifying your organization’s nonprofit, public, or other eligible organizational status, as applicable   </w:t>
      </w:r>
    </w:p>
    <w:p>
      <w:pPr>
        <w:pStyle w:val="FormResponse"/>
      </w:pPr>
      <w:sdt>
        <w:sdtPr>
          <w:alias w:val="Employer Identification Number documentation if it is not shown in the organizational-status documentation"/>
          <w:tag w:val="checkbox-employer-identification-number-documentation-if-"/>
          <w14:checkbox>
            <w14:checked w14:val="0"/>
          </w14:checkbox>
        </w:sdtPr>
        <w:sdtContent>
          <w:r>
            <w:t>☐</w:t>
          </w:r>
        </w:sdtContent>
      </w:sdt>
      <w:r>
        <w:t xml:space="preserve"> Employer Identification Number documentation if it is not shown in the organizational-status documentation   </w:t>
      </w:r>
    </w:p>
    <w:p>
      <w:pPr>
        <w:pStyle w:val="FormResponse"/>
      </w:pPr>
      <w:sdt>
        <w:sdtPr>
          <w:alias w:val="Two letters of recommendation from volunteers, donors, clients, or business contacts describing the program’s or organization’s community impact"/>
          <w:tag w:val="checkbox-two-letters-of-recommendation-from-volunteers,-d"/>
          <w14:checkbox>
            <w14:checked w14:val="0"/>
          </w14:checkbox>
        </w:sdtPr>
        <w:sdtContent>
          <w:r>
            <w:t>☐</w:t>
          </w:r>
        </w:sdtContent>
      </w:sdt>
      <w:r>
        <w:t xml:space="preserve"> Two letters of recommendation from volunteers, donors, clients, or business contacts describing the program’s or organization’s community impact   </w:t>
      </w:r>
    </w:p>
    <w:p>
      <w:pPr>
        <w:pStyle w:val="FormResponse"/>
      </w:pPr>
      <w:sdt>
        <w:sdtPr>
          <w:alias w:val="Board of Directors or organizational leadership contact list"/>
          <w:tag w:val="checkbox-board-of-directors-or-organizational-leadership-"/>
          <w14:checkbox>
            <w14:checked w14:val="0"/>
          </w14:checkbox>
        </w:sdtPr>
        <w:sdtContent>
          <w:r>
            <w:t>☐</w:t>
          </w:r>
        </w:sdtContent>
      </w:sdt>
      <w:r>
        <w:t xml:space="preserve"> Board of Directors or organizational leadership contact list   </w:t>
      </w:r>
    </w:p>
    <w:p>
      <w:pPr>
        <w:pStyle w:val="FormResponse"/>
      </w:pPr>
      <w:sdt>
        <w:sdtPr>
          <w:alias w:val="Most recent pest-control invoice"/>
          <w:tag w:val="checkbox-most-recent-pest-control-invoice"/>
          <w14:checkbox>
            <w14:checked w14:val="0"/>
          </w14:checkbox>
        </w:sdtPr>
        <w:sdtContent>
          <w:r>
            <w:t>☐</w:t>
          </w:r>
        </w:sdtContent>
      </w:sdt>
      <w:r>
        <w:t xml:space="preserve"> Most recent pest-control invoice   </w:t>
      </w:r>
    </w:p>
    <w:p>
      <w:pPr>
        <w:pStyle w:val="FormResponse"/>
      </w:pPr>
      <w:sdt>
        <w:sdtPr>
          <w:alias w:val="Current ServSafe Food Handler certification"/>
          <w:tag w:val="checkbox-current-servsafe-food-handler-certification"/>
          <w14:checkbox>
            <w14:checked w14:val="0"/>
          </w14:checkbox>
        </w:sdtPr>
        <w:sdtContent>
          <w:r>
            <w:t>☐</w:t>
          </w:r>
        </w:sdtContent>
      </w:sdt>
      <w:r>
        <w:t xml:space="preserve"> Current ServSafe Food Handler certification   </w:t>
      </w:r>
    </w:p>
    <w:p>
      <w:pPr>
        <w:pStyle w:val="FormResponse"/>
      </w:pPr>
      <w:sdt>
        <w:sdtPr>
          <w:alias w:val="Proof of liability insurance for the site"/>
          <w:tag w:val="checkbox-proof-of-liability-insurance-for-the-site"/>
          <w14:checkbox>
            <w14:checked w14:val="0"/>
          </w14:checkbox>
        </w:sdtPr>
        <w:sdtContent>
          <w:r>
            <w:t>☐</w:t>
          </w:r>
        </w:sdtContent>
      </w:sdt>
      <w:r>
        <w:t xml:space="preserve"> Proof of liability insurance for the site   </w:t>
      </w:r>
    </w:p>
    <w:p>
      <w:pPr>
        <w:pStyle w:val="FormResponse"/>
      </w:pPr>
      <w:sdt>
        <w:sdtPr>
          <w:alias w:val="Blank client intake form or application, if one is used separately from the sign-in sheet"/>
          <w:tag w:val="checkbox-blank-client-intake-form-or-application,-if-one-"/>
          <w14:checkbox>
            <w14:checked w14:val="0"/>
          </w14:checkbox>
        </w:sdtPr>
        <w:sdtContent>
          <w:r>
            <w:t>☐</w:t>
          </w:r>
        </w:sdtContent>
      </w:sdt>
      <w:r>
        <w:t xml:space="preserve"> Blank client intake form or application, if one is used separately from the sign-in sheet   </w:t>
      </w:r>
    </w:p>
    <w:p>
      <w:pPr>
        <w:pStyle w:val="FormResponse"/>
      </w:pPr>
      <w:sdt>
        <w:sdtPr>
          <w:alias w:val="Latest inspection or current certificate of operation, if inspected by the Department of Health, Fire Department, or Agency for Persons with Disabilities"/>
          <w:tag w:val="checkbox-latest-inspection-or-current-certificate-of-oper"/>
          <w14:checkbox>
            <w14:checked w14:val="0"/>
          </w14:checkbox>
        </w:sdtPr>
        <w:sdtContent>
          <w:r>
            <w:t>☐</w:t>
          </w:r>
        </w:sdtContent>
      </w:sdt>
      <w:r>
        <w:t xml:space="preserve"> Latest inspection or current certificate of operation, if inspected by the Department of Health, Fire Department, or Agency for Persons with Disabilities   </w:t>
      </w:r>
    </w:p>
    <w:p>
      <w:pPr>
        <w:pStyle w:val="Heading1"/>
      </w:pPr>
      <w:r>
        <w:t>Operational requirements</w:t>
      </w:r>
    </w:p>
    <w:p>
      <w:r>
        <w:t>The supplied application identifies these minimum operational expectations. Exact organization-eligibility categories remain subject to Agency Relations confirmation.</w:t>
      </w:r>
    </w:p>
    <w:p>
      <w:pPr>
        <w:pStyle w:val="ListBullet"/>
      </w:pPr>
      <w:r>
        <w:t>Provide food for people who are ill or in need, or for infants.</w:t>
      </w:r>
    </w:p>
    <w:p>
      <w:pPr>
        <w:pStyle w:val="ListBullet"/>
      </w:pPr>
      <w:r>
        <w:t>Operate or serve neighbors within Charlotte, Collier, Glades, Hendry, or Lee County.</w:t>
      </w:r>
    </w:p>
    <w:p>
      <w:pPr>
        <w:pStyle w:val="ListBullet"/>
      </w:pPr>
      <w:r>
        <w:t>Do not base the organization or food distribution at a residential address.</w:t>
      </w:r>
    </w:p>
    <w:p>
      <w:pPr>
        <w:pStyle w:val="ListBullet"/>
      </w:pPr>
      <w:r>
        <w:t>Maintain responsible personnel accountable for record keeping, reporting, and inventory control.</w:t>
      </w:r>
    </w:p>
    <w:p>
      <w:pPr>
        <w:pStyle w:val="ListBullet"/>
      </w:pPr>
      <w:r>
        <w:t>Maintain adequate temperature-controlled physical storage.</w:t>
      </w:r>
    </w:p>
    <w:p>
      <w:pPr>
        <w:pStyle w:val="ListBullet"/>
      </w:pPr>
      <w:r>
        <w:t>Operate regularly scheduled hours that are posted publicly.</w:t>
      </w:r>
    </w:p>
    <w:p>
      <w:pPr>
        <w:pStyle w:val="ListBullet"/>
      </w:pPr>
      <w:r>
        <w:t>Be prepared for a site review before approval and annual monitoring after approval.</w:t>
      </w:r>
    </w:p>
    <w:p>
      <w:pPr>
        <w:pStyle w:val="ListBullet"/>
      </w:pPr>
      <w:r>
        <w:t>Be able and willing to access information and submit reports online.</w:t>
      </w:r>
    </w:p>
    <w:p>
      <w:pPr>
        <w:pStyle w:val="ListBullet"/>
      </w:pPr>
      <w:r>
        <w:t>Use required tracking systems for people served and demographic information, including Service Insights on MealConnect when required.</w:t>
      </w:r>
    </w:p>
    <w:p>
      <w:pPr>
        <w:pStyle w:val="ListBullet"/>
      </w:pPr>
      <w:r>
        <w:t>Train staff and volunteers who receive deliveries, arrange food, or handle distributions.</w:t>
      </w:r>
    </w:p>
    <w:p>
      <w:pPr>
        <w:pStyle w:val="ListBullet"/>
      </w:pPr>
      <w:r>
        <w:t>Follow food-safety requirements at all times.</w:t>
      </w:r>
    </w:p>
    <w:p>
      <w:pPr>
        <w:pStyle w:val="ListBullet"/>
      </w:pPr>
      <w:r>
        <w:t>Do not redistribute HCFB product to other entities.</w:t>
      </w:r>
    </w:p>
    <w:p>
      <w:r>
        <w:t>Location within the five-county service area does not guarantee approval. Agency partnerships are intended for regular, ongoing food assistance rather than one-time events, special dinners, or community fairs.</w:t>
      </w:r>
    </w:p>
    <w:p>
      <w:pPr>
        <w:pStyle w:val="Heading1"/>
      </w:pPr>
      <w:r>
        <w:t>Site review and orientation</w:t>
      </w:r>
    </w:p>
    <w:p>
      <w:r>
        <w:t>Review and approval may include application and document review, site review, orientation or training, a signed partnership agreement, and final approval before distribution begins. The supplied application describes the following site-review expectations:</w:t>
      </w:r>
    </w:p>
    <w:p>
      <w:pPr>
        <w:pStyle w:val="ListBullet"/>
      </w:pPr>
      <w:r>
        <w:t>Store food separately from non-food items and household chemicals.</w:t>
      </w:r>
    </w:p>
    <w:p>
      <w:pPr>
        <w:pStyle w:val="ListBullet"/>
      </w:pPr>
      <w:r>
        <w:t>Maintain a clean, secure storage area at appropriate temperatures.</w:t>
      </w:r>
    </w:p>
    <w:p>
      <w:pPr>
        <w:pStyle w:val="ListBullet"/>
      </w:pPr>
      <w:r>
        <w:t>Use first-in, first-out food distribution.</w:t>
      </w:r>
    </w:p>
    <w:p>
      <w:pPr>
        <w:pStyle w:val="ListBullet"/>
      </w:pPr>
      <w:r>
        <w:t>Store food at least 6 inches off the floor, 10 inches from the ceiling, and 2 inches from the wall on shelving with a sealed finish.</w:t>
      </w:r>
    </w:p>
    <w:p>
      <w:pPr>
        <w:pStyle w:val="ListBullet"/>
      </w:pPr>
      <w:r>
        <w:t>Maintain working thermometers and temperature logs. Dry storage must be air-conditioned year-round, 24 hours a day.</w:t>
      </w:r>
    </w:p>
    <w:p>
      <w:pPr>
        <w:pStyle w:val="ListBullet"/>
      </w:pPr>
      <w:r>
        <w:t>Maintain refrigerator temperatures of 32–41°F, freezer temperatures of 0°F or below, and dry storage temperatures of 70–80°F.</w:t>
      </w:r>
    </w:p>
    <w:p>
      <w:r>
        <w:t>Upon approval, the organization’s highest authority, main contact, primary shopper, and food-distribution manager, if different, are expected to attend new-agency orientation and training.</w:t>
      </w:r>
    </w:p>
    <w:p>
      <w:pPr>
        <w:pStyle w:val="Heading1"/>
      </w:pPr>
      <w:r>
        <w:t>Agency information</w:t>
      </w:r>
    </w:p>
    <w:p>
      <w:pPr>
        <w:pStyle w:val="FormLabel"/>
      </w:pPr>
      <w:r>
        <w:t>Agency name</w:t>
      </w:r>
    </w:p>
    <w:p>
      <w:pPr>
        <w:pStyle w:val="FormResponse"/>
      </w:pPr>
      <w:sdt>
        <w:sdtPr>
          <w:alias w:val="Agency name"/>
          <w:tag w:val="agency-name"/>
          <w:text/>
        </w:sdtPr>
        <w:sdtContent>
          <w:r>
            <w:t>[Enter response]</w:t>
          </w:r>
        </w:sdtContent>
      </w:sdt>
    </w:p>
    <w:p>
      <w:pPr>
        <w:pStyle w:val="FormLabel"/>
      </w:pPr>
      <w:r>
        <w:t>Doing business as (DBA)</w:t>
      </w:r>
    </w:p>
    <w:p>
      <w:pPr>
        <w:pStyle w:val="FormResponse"/>
      </w:pPr>
      <w:sdt>
        <w:sdtPr>
          <w:alias w:val="Doing business as (DBA)"/>
          <w:tag w:val="doing-business-as-(dba)"/>
          <w:text/>
        </w:sdtPr>
        <w:sdtContent>
          <w:r>
            <w:t>[Enter response]</w:t>
          </w:r>
        </w:sdtContent>
      </w:sdt>
    </w:p>
    <w:p>
      <w:pPr>
        <w:pStyle w:val="FormLabel"/>
      </w:pPr>
      <w:r>
        <w:t>Physical address</w:t>
      </w:r>
    </w:p>
    <w:p>
      <w:pPr>
        <w:pStyle w:val="FormResponse"/>
      </w:pPr>
      <w:sdt>
        <w:sdtPr>
          <w:alias w:val="Physical address"/>
          <w:tag w:val="physical-address"/>
          <w:text/>
        </w:sdtPr>
        <w:sdtContent>
          <w:r>
            <w:t>[Enter response]</w:t>
          </w:r>
        </w:sdtContent>
      </w:sdt>
    </w:p>
    <w:p>
      <w:pPr>
        <w:pStyle w:val="FormLabel"/>
      </w:pPr>
      <w:r>
        <w:t>Mailing address</w:t>
      </w:r>
    </w:p>
    <w:p>
      <w:pPr>
        <w:pStyle w:val="FormResponse"/>
      </w:pPr>
      <w:sdt>
        <w:sdtPr>
          <w:alias w:val="Mailing address"/>
          <w:tag w:val="mailing-address"/>
          <w:text/>
        </w:sdtPr>
        <w:sdtContent>
          <w:r>
            <w:t>[Enter response]</w:t>
          </w:r>
        </w:sdtContent>
      </w:sdt>
    </w:p>
    <w:p>
      <w:pPr>
        <w:pStyle w:val="FormLabel"/>
      </w:pPr>
      <w:r>
        <w:t>City, state, ZIP</w:t>
      </w:r>
    </w:p>
    <w:p>
      <w:pPr>
        <w:pStyle w:val="FormResponse"/>
      </w:pPr>
      <w:sdt>
        <w:sdtPr>
          <w:alias w:val="City, state, ZIP"/>
          <w:tag w:val="city,-state,-zip"/>
          <w:text/>
        </w:sdtPr>
        <w:sdtContent>
          <w:r>
            <w:t>[Enter response]</w:t>
          </w:r>
        </w:sdtContent>
      </w:sdt>
    </w:p>
    <w:p>
      <w:pPr>
        <w:pStyle w:val="FormLabel"/>
      </w:pPr>
      <w:r>
        <w:t>County</w:t>
      </w:r>
    </w:p>
    <w:p>
      <w:pPr>
        <w:pStyle w:val="FormResponse"/>
      </w:pPr>
      <w:sdt>
        <w:sdtPr>
          <w:alias w:val="County"/>
          <w:tag w:val="county"/>
          <w:text/>
        </w:sdtPr>
        <w:sdtContent>
          <w:r>
            <w:t>[Enter response]</w:t>
          </w:r>
        </w:sdtContent>
      </w:sdt>
    </w:p>
    <w:p>
      <w:pPr>
        <w:pStyle w:val="FormLabel"/>
      </w:pPr>
      <w:r>
        <w:t>Food program phone</w:t>
      </w:r>
    </w:p>
    <w:p>
      <w:pPr>
        <w:pStyle w:val="FormResponse"/>
      </w:pPr>
      <w:sdt>
        <w:sdtPr>
          <w:alias w:val="Food program phone"/>
          <w:tag w:val="food-program-phone"/>
          <w:text/>
        </w:sdtPr>
        <w:sdtContent>
          <w:r>
            <w:t>[Enter response]</w:t>
          </w:r>
        </w:sdtContent>
      </w:sdt>
    </w:p>
    <w:p>
      <w:pPr>
        <w:pStyle w:val="FormLabel"/>
      </w:pPr>
      <w:r>
        <w:t>Fax</w:t>
      </w:r>
    </w:p>
    <w:p>
      <w:pPr>
        <w:pStyle w:val="FormResponse"/>
      </w:pPr>
      <w:sdt>
        <w:sdtPr>
          <w:alias w:val="Fax"/>
          <w:tag w:val="fax"/>
          <w:text/>
        </w:sdtPr>
        <w:sdtContent>
          <w:r>
            <w:t>[Enter response]</w:t>
          </w:r>
        </w:sdtContent>
      </w:sdt>
    </w:p>
    <w:p>
      <w:pPr>
        <w:pStyle w:val="FormLabel"/>
      </w:pPr>
      <w:r>
        <w:t>Website</w:t>
      </w:r>
    </w:p>
    <w:p>
      <w:pPr>
        <w:pStyle w:val="FormResponse"/>
      </w:pPr>
      <w:sdt>
        <w:sdtPr>
          <w:alias w:val="Website"/>
          <w:tag w:val="website"/>
          <w:text/>
        </w:sdtPr>
        <w:sdtContent>
          <w:r>
            <w:t>[Enter response]</w:t>
          </w:r>
        </w:sdtContent>
      </w:sdt>
    </w:p>
    <w:p>
      <w:pPr>
        <w:pStyle w:val="FormLabel"/>
      </w:pPr>
      <w:r>
        <w:t>Employer Identification Number (EIN)</w:t>
      </w:r>
    </w:p>
    <w:p>
      <w:pPr>
        <w:pStyle w:val="FormResponse"/>
      </w:pPr>
      <w:sdt>
        <w:sdtPr>
          <w:alias w:val="Employer Identification Number (EIN)"/>
          <w:tag w:val="employer-identification-number-(ein)"/>
          <w:text/>
        </w:sdtPr>
        <w:sdtContent>
          <w:r>
            <w:t>[Enter response]</w:t>
          </w:r>
        </w:sdtContent>
      </w:sdt>
    </w:p>
    <w:p>
      <w:pPr>
        <w:pStyle w:val="Heading1"/>
      </w:pPr>
      <w:r>
        <w:t>Contact information</w:t>
      </w:r>
    </w:p>
    <w:p>
      <w:pPr>
        <w:pStyle w:val="FormLabel"/>
      </w:pPr>
      <w:r>
        <w:t>Highest authority - name</w:t>
      </w:r>
    </w:p>
    <w:p>
      <w:pPr>
        <w:pStyle w:val="FormResponse"/>
      </w:pPr>
      <w:sdt>
        <w:sdtPr>
          <w:alias w:val="Highest authority - name"/>
          <w:tag w:val="highest-authority---name"/>
          <w:text/>
        </w:sdtPr>
        <w:sdtContent>
          <w:r>
            <w:t>[Enter response]</w:t>
          </w:r>
        </w:sdtContent>
      </w:sdt>
    </w:p>
    <w:p>
      <w:pPr>
        <w:pStyle w:val="FormLabel"/>
      </w:pPr>
      <w:r>
        <w:t>Highest authority - title</w:t>
      </w:r>
    </w:p>
    <w:p>
      <w:pPr>
        <w:pStyle w:val="FormResponse"/>
      </w:pPr>
      <w:sdt>
        <w:sdtPr>
          <w:alias w:val="Highest authority - title"/>
          <w:tag w:val="highest-authority---title"/>
          <w:text/>
        </w:sdtPr>
        <w:sdtContent>
          <w:r>
            <w:t>[Enter response]</w:t>
          </w:r>
        </w:sdtContent>
      </w:sdt>
    </w:p>
    <w:p>
      <w:pPr>
        <w:pStyle w:val="FormLabel"/>
      </w:pPr>
      <w:r>
        <w:t>Highest authority - phone</w:t>
      </w:r>
    </w:p>
    <w:p>
      <w:pPr>
        <w:pStyle w:val="FormResponse"/>
      </w:pPr>
      <w:sdt>
        <w:sdtPr>
          <w:alias w:val="Highest authority - phone"/>
          <w:tag w:val="highest-authority---phone"/>
          <w:text/>
        </w:sdtPr>
        <w:sdtContent>
          <w:r>
            <w:t>[Enter response]</w:t>
          </w:r>
        </w:sdtContent>
      </w:sdt>
    </w:p>
    <w:p>
      <w:pPr>
        <w:pStyle w:val="FormLabel"/>
      </w:pPr>
      <w:r>
        <w:t>Highest authority - email</w:t>
      </w:r>
    </w:p>
    <w:p>
      <w:pPr>
        <w:pStyle w:val="FormResponse"/>
      </w:pPr>
      <w:sdt>
        <w:sdtPr>
          <w:alias w:val="Highest authority - email"/>
          <w:tag w:val="highest-authority---email"/>
          <w:text/>
        </w:sdtPr>
        <w:sdtContent>
          <w:r>
            <w:t>[Enter response]</w:t>
          </w:r>
        </w:sdtContent>
      </w:sdt>
    </w:p>
    <w:p>
      <w:pPr>
        <w:pStyle w:val="FormLabel"/>
      </w:pPr>
      <w:r>
        <w:t>Main contact - name</w:t>
      </w:r>
    </w:p>
    <w:p>
      <w:pPr>
        <w:pStyle w:val="FormResponse"/>
      </w:pPr>
      <w:sdt>
        <w:sdtPr>
          <w:alias w:val="Main contact - name"/>
          <w:tag w:val="main-contact---name"/>
          <w:text/>
        </w:sdtPr>
        <w:sdtContent>
          <w:r>
            <w:t>[Enter response]</w:t>
          </w:r>
        </w:sdtContent>
      </w:sdt>
    </w:p>
    <w:p>
      <w:pPr>
        <w:pStyle w:val="FormLabel"/>
      </w:pPr>
      <w:r>
        <w:t>Main contact - title</w:t>
      </w:r>
    </w:p>
    <w:p>
      <w:pPr>
        <w:pStyle w:val="FormResponse"/>
      </w:pPr>
      <w:sdt>
        <w:sdtPr>
          <w:alias w:val="Main contact - title"/>
          <w:tag w:val="main-contact---title"/>
          <w:text/>
        </w:sdtPr>
        <w:sdtContent>
          <w:r>
            <w:t>[Enter response]</w:t>
          </w:r>
        </w:sdtContent>
      </w:sdt>
    </w:p>
    <w:p>
      <w:pPr>
        <w:pStyle w:val="FormLabel"/>
      </w:pPr>
      <w:r>
        <w:t>Main contact - phone</w:t>
      </w:r>
    </w:p>
    <w:p>
      <w:pPr>
        <w:pStyle w:val="FormResponse"/>
      </w:pPr>
      <w:sdt>
        <w:sdtPr>
          <w:alias w:val="Main contact - phone"/>
          <w:tag w:val="main-contact---phone"/>
          <w:text/>
        </w:sdtPr>
        <w:sdtContent>
          <w:r>
            <w:t>[Enter response]</w:t>
          </w:r>
        </w:sdtContent>
      </w:sdt>
    </w:p>
    <w:p>
      <w:pPr>
        <w:pStyle w:val="FormLabel"/>
      </w:pPr>
      <w:r>
        <w:t>Main contact - email</w:t>
      </w:r>
    </w:p>
    <w:p>
      <w:pPr>
        <w:pStyle w:val="FormResponse"/>
      </w:pPr>
      <w:sdt>
        <w:sdtPr>
          <w:alias w:val="Main contact - email"/>
          <w:tag w:val="main-contact---email"/>
          <w:text/>
        </w:sdtPr>
        <w:sdtContent>
          <w:r>
            <w:t>[Enter response]</w:t>
          </w:r>
        </w:sdtContent>
      </w:sdt>
    </w:p>
    <w:p>
      <w:pPr>
        <w:pStyle w:val="Heading1"/>
      </w:pPr>
      <w:r>
        <w:t>Hours of distribution and availability</w:t>
      </w:r>
    </w:p>
    <w:p>
      <w:pPr>
        <w:pStyle w:val="FormLabel"/>
      </w:pPr>
      <w:r>
        <w:t>How often do you distribute food?</w:t>
      </w:r>
    </w:p>
    <w:p>
      <w:pPr>
        <w:pStyle w:val="FormResponse"/>
      </w:pPr>
      <w:sdt>
        <w:sdtPr>
          <w:alias w:val="Weekly"/>
          <w:tag w:val="checkbox-weekly"/>
          <w14:checkbox>
            <w14:checked w14:val="0"/>
          </w14:checkbox>
        </w:sdtPr>
        <w:sdtContent>
          <w:r>
            <w:t>☐</w:t>
          </w:r>
        </w:sdtContent>
      </w:sdt>
      <w:r>
        <w:t xml:space="preserve"> Weekly   </w:t>
      </w:r>
      <w:sdt>
        <w:sdtPr>
          <w:alias w:val="Biweekly"/>
          <w:tag w:val="checkbox-biweekly"/>
          <w14:checkbox>
            <w14:checked w14:val="0"/>
          </w14:checkbox>
        </w:sdtPr>
        <w:sdtContent>
          <w:r>
            <w:t>☐</w:t>
          </w:r>
        </w:sdtContent>
      </w:sdt>
      <w:r>
        <w:t xml:space="preserve"> Biweekly   </w:t>
      </w:r>
      <w:sdt>
        <w:sdtPr>
          <w:alias w:val="Monthly"/>
          <w:tag w:val="checkbox-monthly"/>
          <w14:checkbox>
            <w14:checked w14:val="0"/>
          </w14:checkbox>
        </w:sdtPr>
        <w:sdtContent>
          <w:r>
            <w:t>☐</w:t>
          </w:r>
        </w:sdtContent>
      </w:sdt>
      <w:r>
        <w:t xml:space="preserve"> Monthly   </w:t>
      </w:r>
      <w:sdt>
        <w:sdtPr>
          <w:alias w:val="Twice monthly"/>
          <w:tag w:val="checkbox-twice-monthly"/>
          <w14:checkbox>
            <w14:checked w14:val="0"/>
          </w14:checkbox>
        </w:sdtPr>
        <w:sdtContent>
          <w:r>
            <w:t>☐</w:t>
          </w:r>
        </w:sdtContent>
      </w:sdt>
      <w:r>
        <w:t xml:space="preserve"> Twice monthly   </w:t>
      </w:r>
      <w:sdt>
        <w:sdtPr>
          <w:alias w:val="Other"/>
          <w:tag w:val="checkbox-other"/>
          <w14:checkbox>
            <w14:checked w14:val="0"/>
          </w14:checkbox>
        </w:sdtPr>
        <w:sdtContent>
          <w:r>
            <w:t>☐</w:t>
          </w:r>
        </w:sdtContent>
      </w:sdt>
      <w:r>
        <w:t xml:space="preserve"> Other   </w:t>
      </w:r>
    </w:p>
    <w:p>
      <w:pPr>
        <w:pStyle w:val="FormLabel"/>
      </w:pPr>
      <w:r>
        <w:t>Sunday distribution hours</w:t>
      </w:r>
    </w:p>
    <w:p>
      <w:pPr>
        <w:pStyle w:val="FormResponse"/>
      </w:pPr>
      <w:sdt>
        <w:sdtPr>
          <w:alias w:val="Sunday distribution hours"/>
          <w:tag w:val="sunday-distribution-hours"/>
          <w:text/>
        </w:sdtPr>
        <w:sdtContent>
          <w:r>
            <w:t>[Enter response]</w:t>
          </w:r>
        </w:sdtContent>
      </w:sdt>
    </w:p>
    <w:p>
      <w:pPr>
        <w:pStyle w:val="FormLabel"/>
      </w:pPr>
      <w:r>
        <w:t>Monday distribution hours</w:t>
      </w:r>
    </w:p>
    <w:p>
      <w:pPr>
        <w:pStyle w:val="FormResponse"/>
      </w:pPr>
      <w:sdt>
        <w:sdtPr>
          <w:alias w:val="Monday distribution hours"/>
          <w:tag w:val="monday-distribution-hours"/>
          <w:text/>
        </w:sdtPr>
        <w:sdtContent>
          <w:r>
            <w:t>[Enter response]</w:t>
          </w:r>
        </w:sdtContent>
      </w:sdt>
    </w:p>
    <w:p>
      <w:pPr>
        <w:pStyle w:val="FormLabel"/>
      </w:pPr>
      <w:r>
        <w:t>Tuesday distribution hours</w:t>
      </w:r>
    </w:p>
    <w:p>
      <w:pPr>
        <w:pStyle w:val="FormResponse"/>
      </w:pPr>
      <w:sdt>
        <w:sdtPr>
          <w:alias w:val="Tuesday distribution hours"/>
          <w:tag w:val="tuesday-distribution-hours"/>
          <w:text/>
        </w:sdtPr>
        <w:sdtContent>
          <w:r>
            <w:t>[Enter response]</w:t>
          </w:r>
        </w:sdtContent>
      </w:sdt>
    </w:p>
    <w:p>
      <w:pPr>
        <w:pStyle w:val="FormLabel"/>
      </w:pPr>
      <w:r>
        <w:t>Wednesday distribution hours</w:t>
      </w:r>
    </w:p>
    <w:p>
      <w:pPr>
        <w:pStyle w:val="FormResponse"/>
      </w:pPr>
      <w:sdt>
        <w:sdtPr>
          <w:alias w:val="Wednesday distribution hours"/>
          <w:tag w:val="wednesday-distribution-hours"/>
          <w:text/>
        </w:sdtPr>
        <w:sdtContent>
          <w:r>
            <w:t>[Enter response]</w:t>
          </w:r>
        </w:sdtContent>
      </w:sdt>
    </w:p>
    <w:p>
      <w:pPr>
        <w:pStyle w:val="FormLabel"/>
      </w:pPr>
      <w:r>
        <w:t>Thursday distribution hours</w:t>
      </w:r>
    </w:p>
    <w:p>
      <w:pPr>
        <w:pStyle w:val="FormResponse"/>
      </w:pPr>
      <w:sdt>
        <w:sdtPr>
          <w:alias w:val="Thursday distribution hours"/>
          <w:tag w:val="thursday-distribution-hours"/>
          <w:text/>
        </w:sdtPr>
        <w:sdtContent>
          <w:r>
            <w:t>[Enter response]</w:t>
          </w:r>
        </w:sdtContent>
      </w:sdt>
    </w:p>
    <w:p>
      <w:pPr>
        <w:pStyle w:val="FormLabel"/>
      </w:pPr>
      <w:r>
        <w:t>Friday distribution hours</w:t>
      </w:r>
    </w:p>
    <w:p>
      <w:pPr>
        <w:pStyle w:val="FormResponse"/>
      </w:pPr>
      <w:sdt>
        <w:sdtPr>
          <w:alias w:val="Friday distribution hours"/>
          <w:tag w:val="friday-distribution-hours"/>
          <w:text/>
        </w:sdtPr>
        <w:sdtContent>
          <w:r>
            <w:t>[Enter response]</w:t>
          </w:r>
        </w:sdtContent>
      </w:sdt>
    </w:p>
    <w:p>
      <w:pPr>
        <w:pStyle w:val="FormLabel"/>
      </w:pPr>
      <w:r>
        <w:t>Saturday distribution hours</w:t>
      </w:r>
    </w:p>
    <w:p>
      <w:pPr>
        <w:pStyle w:val="FormResponse"/>
      </w:pPr>
      <w:sdt>
        <w:sdtPr>
          <w:alias w:val="Saturday distribution hours"/>
          <w:tag w:val="saturday-distribution-hours"/>
          <w:text/>
        </w:sdtPr>
        <w:sdtContent>
          <w:r>
            <w:t>[Enter response]</w:t>
          </w:r>
        </w:sdtContent>
      </w:sdt>
    </w:p>
    <w:p>
      <w:pPr>
        <w:pStyle w:val="FormLabel"/>
      </w:pPr>
      <w:r>
        <w:t>Closest bus stop to the food program (street names or intersections)</w:t>
      </w:r>
    </w:p>
    <w:p>
      <w:pPr>
        <w:pStyle w:val="FormResponse"/>
      </w:pPr>
      <w:sdt>
        <w:sdtPr>
          <w:alias w:val="Closest bus stop to the food program (street names or intersections)"/>
          <w:tag w:val="closest-bus-stop-to-the-food-program-(street-names-or-inters"/>
          <w:text/>
        </w:sdtPr>
        <w:sdtContent>
          <w:r>
            <w:t>[Enter response]</w:t>
          </w:r>
        </w:sdtContent>
      </w:sdt>
    </w:p>
    <w:p>
      <w:pPr>
        <w:pStyle w:val="FormLabel"/>
      </w:pPr>
      <w:r>
        <w:t>Approximate distance from the bus stop</w:t>
      </w:r>
    </w:p>
    <w:p>
      <w:pPr>
        <w:pStyle w:val="FormResponse"/>
      </w:pPr>
      <w:sdt>
        <w:sdtPr>
          <w:alias w:val="Approximate distance from the bus stop"/>
          <w:tag w:val="approximate-distance-from-the-bus-stop"/>
          <w:text/>
        </w:sdtPr>
        <w:sdtContent>
          <w:r>
            <w:t>[Enter response]</w:t>
          </w:r>
        </w:sdtContent>
      </w:sdt>
    </w:p>
    <w:p>
      <w:pPr>
        <w:pStyle w:val="FormLabel"/>
      </w:pPr>
      <w:r>
        <w:t>Bus operator and route number, if known</w:t>
      </w:r>
    </w:p>
    <w:p>
      <w:pPr>
        <w:pStyle w:val="FormResponse"/>
      </w:pPr>
      <w:sdt>
        <w:sdtPr>
          <w:alias w:val="Bus operator and route number, if known"/>
          <w:tag w:val="bus-operator-and-route-number,-if-known"/>
          <w:text/>
        </w:sdtPr>
        <w:sdtContent>
          <w:r>
            <w:t>[Enter response]</w:t>
          </w:r>
        </w:sdtContent>
      </w:sdt>
    </w:p>
    <w:p>
      <w:pPr>
        <w:pStyle w:val="FormLabel"/>
      </w:pPr>
      <w:r>
        <w:t>Are you available for appointments outside distribution hours?</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Number of volunteers available to assist with distribution</w:t>
      </w:r>
    </w:p>
    <w:p>
      <w:pPr>
        <w:pStyle w:val="FormResponse"/>
      </w:pPr>
      <w:sdt>
        <w:sdtPr>
          <w:alias w:val="Number of volunteers available to assist with distribution"/>
          <w:tag w:val="number-of-volunteers-available-to-assist-with-distribution"/>
          <w:text/>
        </w:sdtPr>
        <w:sdtContent>
          <w:r>
            <w:t>[Enter response]</w:t>
          </w:r>
        </w:sdtContent>
      </w:sdt>
    </w:p>
    <w:p>
      <w:pPr>
        <w:pStyle w:val="Heading1"/>
      </w:pPr>
      <w:r>
        <w:t>Agency background</w:t>
      </w:r>
    </w:p>
    <w:p>
      <w:pPr>
        <w:pStyle w:val="FormLabel"/>
      </w:pPr>
      <w:r>
        <w:t>What type of food program are you applying with?</w:t>
      </w:r>
    </w:p>
    <w:p>
      <w:pPr>
        <w:pStyle w:val="FormResponse"/>
      </w:pPr>
      <w:sdt>
        <w:sdtPr>
          <w:alias w:val="Pantry"/>
          <w:tag w:val="checkbox-pantry"/>
          <w14:checkbox>
            <w14:checked w14:val="0"/>
          </w14:checkbox>
        </w:sdtPr>
        <w:sdtContent>
          <w:r>
            <w:t>☐</w:t>
          </w:r>
        </w:sdtContent>
      </w:sdt>
      <w:r>
        <w:t xml:space="preserve"> Pantry   </w:t>
      </w:r>
      <w:sdt>
        <w:sdtPr>
          <w:alias w:val="Soup kitchen"/>
          <w:tag w:val="checkbox-soup-kitchen"/>
          <w14:checkbox>
            <w14:checked w14:val="0"/>
          </w14:checkbox>
        </w:sdtPr>
        <w:sdtContent>
          <w:r>
            <w:t>☐</w:t>
          </w:r>
        </w:sdtContent>
      </w:sdt>
      <w:r>
        <w:t xml:space="preserve"> Soup kitchen   </w:t>
      </w:r>
      <w:sdt>
        <w:sdtPr>
          <w:alias w:val="School pantry"/>
          <w:tag w:val="checkbox-school-pantry"/>
          <w14:checkbox>
            <w14:checked w14:val="0"/>
          </w14:checkbox>
        </w:sdtPr>
        <w:sdtContent>
          <w:r>
            <w:t>☐</w:t>
          </w:r>
        </w:sdtContent>
      </w:sdt>
      <w:r>
        <w:t xml:space="preserve"> School pantry   </w:t>
      </w:r>
      <w:sdt>
        <w:sdtPr>
          <w:alias w:val="Residential or transitional housing"/>
          <w:tag w:val="checkbox-residential-or-transitional-housing"/>
          <w14:checkbox>
            <w14:checked w14:val="0"/>
          </w14:checkbox>
        </w:sdtPr>
        <w:sdtContent>
          <w:r>
            <w:t>☐</w:t>
          </w:r>
        </w:sdtContent>
      </w:sdt>
      <w:r>
        <w:t xml:space="preserve"> Residential or transitional housing   </w:t>
      </w:r>
      <w:sdt>
        <w:sdtPr>
          <w:alias w:val="Backpack or snack program"/>
          <w:tag w:val="checkbox-backpack-or-snack-program"/>
          <w14:checkbox>
            <w14:checked w14:val="0"/>
          </w14:checkbox>
        </w:sdtPr>
        <w:sdtContent>
          <w:r>
            <w:t>☐</w:t>
          </w:r>
        </w:sdtContent>
      </w:sdt>
      <w:r>
        <w:t xml:space="preserve"> Backpack or snack program   </w:t>
      </w:r>
      <w:sdt>
        <w:sdtPr>
          <w:alias w:val="Senior program"/>
          <w:tag w:val="checkbox-senior-program"/>
          <w14:checkbox>
            <w14:checked w14:val="0"/>
          </w14:checkbox>
        </w:sdtPr>
        <w:sdtContent>
          <w:r>
            <w:t>☐</w:t>
          </w:r>
        </w:sdtContent>
      </w:sdt>
      <w:r>
        <w:t xml:space="preserve"> Senior program   </w:t>
      </w:r>
      <w:sdt>
        <w:sdtPr>
          <w:alias w:val="Other"/>
          <w:tag w:val="checkbox-other"/>
          <w14:checkbox>
            <w14:checked w14:val="0"/>
          </w14:checkbox>
        </w:sdtPr>
        <w:sdtContent>
          <w:r>
            <w:t>☐</w:t>
          </w:r>
        </w:sdtContent>
      </w:sdt>
      <w:r>
        <w:t xml:space="preserve"> Other   </w:t>
      </w:r>
    </w:p>
    <w:p>
      <w:pPr>
        <w:pStyle w:val="FormLabel"/>
      </w:pPr>
      <w:r>
        <w:t>Year this food program began</w:t>
      </w:r>
    </w:p>
    <w:p>
      <w:pPr>
        <w:pStyle w:val="FormResponse"/>
      </w:pPr>
      <w:sdt>
        <w:sdtPr>
          <w:alias w:val="Year this food program began"/>
          <w:tag w:val="year-this-food-program-began"/>
          <w:text/>
        </w:sdtPr>
        <w:sdtContent>
          <w:r>
            <w:t>[Enter response]</w:t>
          </w:r>
        </w:sdtContent>
      </w:sdt>
    </w:p>
    <w:p>
      <w:pPr>
        <w:pStyle w:val="FormLabel"/>
      </w:pPr>
      <w:r>
        <w:t>Multiple locations and addresses, if applicable</w:t>
      </w:r>
    </w:p>
    <w:p>
      <w:pPr>
        <w:pStyle w:val="FormResponse"/>
      </w:pPr>
      <w:sdt>
        <w:sdtPr>
          <w:alias w:val="Multiple locations and addresses, if applicable"/>
          <w:tag w:val="multiple-locations-and-addresses,-if-applicable"/>
          <w:text w:multiLine="1"/>
        </w:sdtPr>
        <w:sdtContent>
          <w:r>
            <w:t>[Enter response]</w:t>
          </w:r>
        </w:sdtContent>
      </w:sdt>
    </w:p>
    <w:p>
      <w:pPr>
        <w:pStyle w:val="FormLabel"/>
      </w:pPr>
      <w:r>
        <w:t>Can your organization pick up deliveries if needed?</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Preferred fulfillment</w:t>
      </w:r>
    </w:p>
    <w:p>
      <w:pPr>
        <w:pStyle w:val="FormResponse"/>
      </w:pPr>
      <w:sdt>
        <w:sdtPr>
          <w:alias w:val="Delivery"/>
          <w:tag w:val="checkbox-delivery"/>
          <w14:checkbox>
            <w14:checked w14:val="0"/>
          </w14:checkbox>
        </w:sdtPr>
        <w:sdtContent>
          <w:r>
            <w:t>☐</w:t>
          </w:r>
        </w:sdtContent>
      </w:sdt>
      <w:r>
        <w:t xml:space="preserve"> Delivery   </w:t>
      </w:r>
      <w:sdt>
        <w:sdtPr>
          <w:alias w:val="Pickup"/>
          <w:tag w:val="checkbox-pickup"/>
          <w14:checkbox>
            <w14:checked w14:val="0"/>
          </w14:checkbox>
        </w:sdtPr>
        <w:sdtContent>
          <w:r>
            <w:t>☐</w:t>
          </w:r>
        </w:sdtContent>
      </w:sdt>
      <w:r>
        <w:t xml:space="preserve"> Pickup   </w:t>
      </w:r>
      <w:sdt>
        <w:sdtPr>
          <w:alias w:val="Both"/>
          <w:tag w:val="checkbox-both"/>
          <w14:checkbox>
            <w14:checked w14:val="0"/>
          </w14:checkbox>
        </w:sdtPr>
        <w:sdtContent>
          <w:r>
            <w:t>☐</w:t>
          </w:r>
        </w:sdtContent>
      </w:sdt>
      <w:r>
        <w:t xml:space="preserve"> Both   </w:t>
      </w:r>
    </w:p>
    <w:p>
      <w:pPr>
        <w:pStyle w:val="FormLabel"/>
      </w:pPr>
      <w:r>
        <w:t>Does the site have a loading dock?</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Heading1"/>
      </w:pPr>
      <w:r>
        <w:t>Community served</w:t>
      </w:r>
    </w:p>
    <w:p>
      <w:pPr>
        <w:pStyle w:val="FormLabel"/>
      </w:pPr>
      <w:r>
        <w:t>Describe the people served, including age, income level, and relevant physical or mental disabilities</w:t>
      </w:r>
    </w:p>
    <w:p>
      <w:pPr>
        <w:pStyle w:val="FormResponse"/>
      </w:pPr>
      <w:sdt>
        <w:sdtPr>
          <w:alias w:val="Describe the people served, including age, income level, and relevant physical or mental disabilities"/>
          <w:tag w:val="describe-the-people-served,-including-age,-income-level,-and"/>
          <w:text w:multiLine="1"/>
        </w:sdtPr>
        <w:sdtContent>
          <w:r>
            <w:t>[Enter response]</w:t>
          </w:r>
        </w:sdtContent>
      </w:sdt>
    </w:p>
    <w:p>
      <w:pPr>
        <w:pStyle w:val="FormLabel"/>
      </w:pPr>
      <w:r>
        <w:t>Percentage of clients who are low income</w:t>
      </w:r>
    </w:p>
    <w:p>
      <w:pPr>
        <w:pStyle w:val="FormResponse"/>
      </w:pPr>
      <w:sdt>
        <w:sdtPr>
          <w:alias w:val="Percentage of clients who are low income"/>
          <w:tag w:val="percentage-of-clients-who-are-low-income"/>
          <w:text/>
        </w:sdtPr>
        <w:sdtContent>
          <w:r>
            <w:t>[Enter response]</w:t>
          </w:r>
        </w:sdtContent>
      </w:sdt>
    </w:p>
    <w:p>
      <w:pPr>
        <w:pStyle w:val="FormLabel"/>
      </w:pPr>
      <w:r>
        <w:t>How do you determine whether clients lack necessities because of poverty or temporary distress?</w:t>
      </w:r>
    </w:p>
    <w:p>
      <w:pPr>
        <w:pStyle w:val="FormResponse"/>
      </w:pPr>
      <w:sdt>
        <w:sdtPr>
          <w:alias w:val="How do you determine whether clients lack necessities because of poverty or temporary distress?"/>
          <w:tag w:val="how-do-you-determine-whether-clients-lack-necessities-becaus"/>
          <w:text w:multiLine="1"/>
        </w:sdtPr>
        <w:sdtContent>
          <w:r>
            <w:t>[Enter response]</w:t>
          </w:r>
        </w:sdtContent>
      </w:sdt>
    </w:p>
    <w:p>
      <w:pPr>
        <w:pStyle w:val="Heading1"/>
      </w:pPr>
      <w:r>
        <w:t>Services</w:t>
      </w:r>
    </w:p>
    <w:p>
      <w:pPr>
        <w:pStyle w:val="FormLabel"/>
      </w:pPr>
      <w:r>
        <w:t>Describe all services provided by the organization or food program, including services not related to food</w:t>
      </w:r>
    </w:p>
    <w:p>
      <w:pPr>
        <w:pStyle w:val="FormResponse"/>
      </w:pPr>
      <w:sdt>
        <w:sdtPr>
          <w:alias w:val="Describe all services provided by the organization or food program, including services not related to food"/>
          <w:tag w:val="describe-all-services-provided-by-the-organization-or-food-p"/>
          <w:text w:multiLine="1"/>
        </w:sdtPr>
        <w:sdtContent>
          <w:r>
            <w:t>[Enter response]</w:t>
          </w:r>
        </w:sdtContent>
      </w:sdt>
    </w:p>
    <w:p>
      <w:pPr>
        <w:pStyle w:val="FormLabel"/>
      </w:pPr>
      <w:r>
        <w:t>Explain the food-distribution process from start to finish</w:t>
      </w:r>
    </w:p>
    <w:p>
      <w:pPr>
        <w:pStyle w:val="FormResponse"/>
      </w:pPr>
      <w:sdt>
        <w:sdtPr>
          <w:alias w:val="Explain the food-distribution process from start to finish"/>
          <w:tag w:val="explain-the-food-distribution-process-from-start-to-finish"/>
          <w:text w:multiLine="1"/>
        </w:sdtPr>
        <w:sdtContent>
          <w:r>
            <w:t>[Enter response]</w:t>
          </w:r>
        </w:sdtContent>
      </w:sdt>
    </w:p>
    <w:p>
      <w:pPr>
        <w:pStyle w:val="FormLabel"/>
      </w:pPr>
      <w:r>
        <w:t>How do you track households or individuals served?</w:t>
      </w:r>
    </w:p>
    <w:p>
      <w:pPr>
        <w:pStyle w:val="FormResponse"/>
      </w:pPr>
      <w:sdt>
        <w:sdtPr>
          <w:alias w:val="How do you track households or individuals served?"/>
          <w:tag w:val="how-do-you-track-households-or-individuals-served?"/>
          <w:text w:multiLine="1"/>
        </w:sdtPr>
        <w:sdtContent>
          <w:r>
            <w:t>[Enter response]</w:t>
          </w:r>
        </w:sdtContent>
      </w:sdt>
    </w:p>
    <w:p>
      <w:pPr>
        <w:pStyle w:val="FormLabel"/>
      </w:pPr>
      <w:r>
        <w:t>How will clients be notified of a recalled product?</w:t>
      </w:r>
    </w:p>
    <w:p>
      <w:pPr>
        <w:pStyle w:val="FormResponse"/>
      </w:pPr>
      <w:sdt>
        <w:sdtPr>
          <w:alias w:val="How will clients be notified of a recalled product?"/>
          <w:tag w:val="how-will-clients-be-notified-of-a-recalled-product?"/>
          <w:text w:multiLine="1"/>
        </w:sdtPr>
        <w:sdtContent>
          <w:r>
            <w:t>[Enter response]</w:t>
          </w:r>
        </w:sdtContent>
      </w:sdt>
    </w:p>
    <w:p>
      <w:pPr>
        <w:pStyle w:val="FormLabel"/>
      </w:pPr>
      <w:r>
        <w:t>What food does the organization need most often?</w:t>
      </w:r>
    </w:p>
    <w:p>
      <w:pPr>
        <w:pStyle w:val="FormResponse"/>
      </w:pPr>
      <w:sdt>
        <w:sdtPr>
          <w:alias w:val="What food does the organization need most often?"/>
          <w:tag w:val="what-food-does-the-organization-need-most-often?"/>
          <w:text w:multiLine="1"/>
        </w:sdtPr>
        <w:sdtContent>
          <w:r>
            <w:t>[Enter response]</w:t>
          </w:r>
        </w:sdtContent>
      </w:sdt>
    </w:p>
    <w:p>
      <w:pPr>
        <w:pStyle w:val="Heading1"/>
      </w:pPr>
      <w:r>
        <w:t>Pantry programs</w:t>
      </w:r>
    </w:p>
    <w:p>
      <w:pPr>
        <w:pStyle w:val="FormLabel"/>
      </w:pPr>
      <w:r>
        <w:t>What types of food are served? Note any specific products used</w:t>
      </w:r>
    </w:p>
    <w:p>
      <w:pPr>
        <w:pStyle w:val="FormResponse"/>
      </w:pPr>
      <w:sdt>
        <w:sdtPr>
          <w:alias w:val="What types of food are served? Note any specific products used"/>
          <w:tag w:val="what-types-of-food-are-served?-note-any-specific-products-us"/>
          <w:text w:multiLine="1"/>
        </w:sdtPr>
        <w:sdtContent>
          <w:r>
            <w:t>[Enter response]</w:t>
          </w:r>
        </w:sdtContent>
      </w:sdt>
    </w:p>
    <w:p>
      <w:pPr>
        <w:pStyle w:val="FormLabel"/>
      </w:pPr>
      <w:r>
        <w:t>Average households served each month</w:t>
      </w:r>
    </w:p>
    <w:p>
      <w:pPr>
        <w:pStyle w:val="FormResponse"/>
      </w:pPr>
      <w:sdt>
        <w:sdtPr>
          <w:alias w:val="Average households served each month"/>
          <w:tag w:val="average-households-served-each-month"/>
          <w:text/>
        </w:sdtPr>
        <w:sdtContent>
          <w:r>
            <w:t>[Enter response]</w:t>
          </w:r>
        </w:sdtContent>
      </w:sdt>
    </w:p>
    <w:p>
      <w:pPr>
        <w:pStyle w:val="FormLabel"/>
      </w:pPr>
      <w:r>
        <w:t>Households the organization could serve each month with additional food resources</w:t>
      </w:r>
    </w:p>
    <w:p>
      <w:pPr>
        <w:pStyle w:val="FormResponse"/>
      </w:pPr>
      <w:sdt>
        <w:sdtPr>
          <w:alias w:val="Households the organization could serve each month with additional food resources"/>
          <w:tag w:val="households-the-organization-could-serve-each-month-with-addi"/>
          <w:text/>
        </w:sdtPr>
        <w:sdtContent>
          <w:r>
            <w:t>[Enter response]</w:t>
          </w:r>
        </w:sdtContent>
      </w:sdt>
    </w:p>
    <w:p>
      <w:pPr>
        <w:pStyle w:val="FormLabel"/>
      </w:pPr>
      <w:r>
        <w:t>Does the organization provide food to anyone other than clients directly under its care?</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Heading1"/>
      </w:pPr>
      <w:r>
        <w:t>Prepared-meal programs</w:t>
      </w:r>
    </w:p>
    <w:p>
      <w:pPr>
        <w:pStyle w:val="FormLabel"/>
      </w:pPr>
      <w:r>
        <w:t>Does the organization provide meals on its premises?</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how often?</w:t>
      </w:r>
    </w:p>
    <w:p>
      <w:pPr>
        <w:pStyle w:val="FormResponse"/>
      </w:pPr>
      <w:sdt>
        <w:sdtPr>
          <w:alias w:val="Daily"/>
          <w:tag w:val="checkbox-daily"/>
          <w14:checkbox>
            <w14:checked w14:val="0"/>
          </w14:checkbox>
        </w:sdtPr>
        <w:sdtContent>
          <w:r>
            <w:t>☐</w:t>
          </w:r>
        </w:sdtContent>
      </w:sdt>
      <w:r>
        <w:t xml:space="preserve"> Daily   </w:t>
      </w:r>
      <w:sdt>
        <w:sdtPr>
          <w:alias w:val="Weekly"/>
          <w:tag w:val="checkbox-weekly"/>
          <w14:checkbox>
            <w14:checked w14:val="0"/>
          </w14:checkbox>
        </w:sdtPr>
        <w:sdtContent>
          <w:r>
            <w:t>☐</w:t>
          </w:r>
        </w:sdtContent>
      </w:sdt>
      <w:r>
        <w:t xml:space="preserve"> Weekly   </w:t>
      </w:r>
      <w:sdt>
        <w:sdtPr>
          <w:alias w:val="Monthly"/>
          <w:tag w:val="checkbox-monthly"/>
          <w14:checkbox>
            <w14:checked w14:val="0"/>
          </w14:checkbox>
        </w:sdtPr>
        <w:sdtContent>
          <w:r>
            <w:t>☐</w:t>
          </w:r>
        </w:sdtContent>
      </w:sdt>
      <w:r>
        <w:t xml:space="preserve"> Monthly   </w:t>
      </w:r>
      <w:sdt>
        <w:sdtPr>
          <w:alias w:val="Other"/>
          <w:tag w:val="checkbox-other"/>
          <w14:checkbox>
            <w14:checked w14:val="0"/>
          </w14:checkbox>
        </w:sdtPr>
        <w:sdtContent>
          <w:r>
            <w:t>☐</w:t>
          </w:r>
        </w:sdtContent>
      </w:sdt>
      <w:r>
        <w:t xml:space="preserve"> Other   </w:t>
      </w:r>
    </w:p>
    <w:p>
      <w:pPr>
        <w:pStyle w:val="FormLabel"/>
      </w:pPr>
      <w:r>
        <w:t>People served at each meal - breakfast, lunch, dinner, and snacks</w:t>
      </w:r>
    </w:p>
    <w:p>
      <w:pPr>
        <w:pStyle w:val="FormResponse"/>
      </w:pPr>
      <w:sdt>
        <w:sdtPr>
          <w:alias w:val="People served at each meal - breakfast, lunch, dinner, and snacks"/>
          <w:tag w:val="people-served-at-each-meal---breakfast,-lunch,-dinner,-and-s"/>
          <w:text/>
        </w:sdtPr>
        <w:sdtContent>
          <w:r>
            <w:t>[Enter response]</w:t>
          </w:r>
        </w:sdtContent>
      </w:sdt>
    </w:p>
    <w:p>
      <w:pPr>
        <w:pStyle w:val="FormLabel"/>
      </w:pPr>
      <w:r>
        <w:t>Staff members served at each meal - breakfast, lunch, dinner, and snacks</w:t>
      </w:r>
    </w:p>
    <w:p>
      <w:pPr>
        <w:pStyle w:val="FormResponse"/>
      </w:pPr>
      <w:sdt>
        <w:sdtPr>
          <w:alias w:val="Staff members served at each meal - breakfast, lunch, dinner, and snacks"/>
          <w:tag w:val="staff-members-served-at-each-meal---breakfast,-lunch,-dinner"/>
          <w:text/>
        </w:sdtPr>
        <w:sdtContent>
          <w:r>
            <w:t>[Enter response]</w:t>
          </w:r>
        </w:sdtContent>
      </w:sdt>
    </w:p>
    <w:p>
      <w:pPr>
        <w:pStyle w:val="FormLabel"/>
      </w:pPr>
      <w:r>
        <w:t>Does the organization provide home-delivered meals?</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Heading1"/>
      </w:pPr>
      <w:r>
        <w:t>Dry storage</w:t>
      </w:r>
    </w:p>
    <w:p>
      <w:pPr>
        <w:pStyle w:val="FormLabel"/>
      </w:pPr>
      <w:r>
        <w:t>Is the dry-storage space in a locked room?</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how many people have a key?</w:t>
      </w:r>
    </w:p>
    <w:p>
      <w:pPr>
        <w:pStyle w:val="FormResponse"/>
      </w:pPr>
      <w:sdt>
        <w:sdtPr>
          <w:alias w:val="If yes, how many people have a key?"/>
          <w:tag w:val="if-yes,-how-many-people-have-a-key?"/>
          <w:text/>
        </w:sdtPr>
        <w:sdtContent>
          <w:r>
            <w:t>[Enter response]</w:t>
          </w:r>
        </w:sdtContent>
      </w:sdt>
    </w:p>
    <w:p>
      <w:pPr>
        <w:pStyle w:val="FormLabel"/>
      </w:pPr>
      <w:r>
        <w:t>Is dry storage shared with another program?</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explain</w:t>
      </w:r>
    </w:p>
    <w:p>
      <w:pPr>
        <w:pStyle w:val="FormResponse"/>
      </w:pPr>
      <w:sdt>
        <w:sdtPr>
          <w:alias w:val="If yes, explain"/>
          <w:tag w:val="if-yes,-explain"/>
          <w:text w:multiLine="1"/>
        </w:sdtPr>
        <w:sdtContent>
          <w:r>
            <w:t>[Enter response]</w:t>
          </w:r>
        </w:sdtContent>
      </w:sdt>
    </w:p>
    <w:p>
      <w:pPr>
        <w:pStyle w:val="FormLabel"/>
      </w:pPr>
      <w:r>
        <w:t>Dry-storage air conditioning</w:t>
      </w:r>
    </w:p>
    <w:p>
      <w:pPr>
        <w:pStyle w:val="FormResponse"/>
      </w:pPr>
      <w:sdt>
        <w:sdtPr>
          <w:alias w:val="Central air"/>
          <w:tag w:val="checkbox-central-air"/>
          <w14:checkbox>
            <w14:checked w14:val="0"/>
          </w14:checkbox>
        </w:sdtPr>
        <w:sdtContent>
          <w:r>
            <w:t>☐</w:t>
          </w:r>
        </w:sdtContent>
      </w:sdt>
      <w:r>
        <w:t xml:space="preserve"> Central air   </w:t>
      </w:r>
      <w:sdt>
        <w:sdtPr>
          <w:alias w:val="Window unit"/>
          <w:tag w:val="checkbox-window-unit"/>
          <w14:checkbox>
            <w14:checked w14:val="0"/>
          </w14:checkbox>
        </w:sdtPr>
        <w:sdtContent>
          <w:r>
            <w:t>☐</w:t>
          </w:r>
        </w:sdtContent>
      </w:sdt>
      <w:r>
        <w:t xml:space="preserve"> Window unit   </w:t>
      </w:r>
      <w:sdt>
        <w:sdtPr>
          <w:alias w:val="Portable unit"/>
          <w:tag w:val="checkbox-portable-unit"/>
          <w14:checkbox>
            <w14:checked w14:val="0"/>
          </w14:checkbox>
        </w:sdtPr>
        <w:sdtContent>
          <w:r>
            <w:t>☐</w:t>
          </w:r>
        </w:sdtContent>
      </w:sdt>
      <w:r>
        <w:t xml:space="preserve"> Portable unit   </w:t>
      </w:r>
      <w:sdt>
        <w:sdtPr>
          <w:alias w:val="Other"/>
          <w:tag w:val="checkbox-other"/>
          <w14:checkbox>
            <w14:checked w14:val="0"/>
          </w14:checkbox>
        </w:sdtPr>
        <w:sdtContent>
          <w:r>
            <w:t>☐</w:t>
          </w:r>
        </w:sdtContent>
      </w:sdt>
      <w:r>
        <w:t xml:space="preserve"> Other   </w:t>
      </w:r>
      <w:sdt>
        <w:sdtPr>
          <w:alias w:val="None"/>
          <w:tag w:val="checkbox-none"/>
          <w14:checkbox>
            <w14:checked w14:val="0"/>
          </w14:checkbox>
        </w:sdtPr>
        <w:sdtContent>
          <w:r>
            <w:t>☐</w:t>
          </w:r>
        </w:sdtContent>
      </w:sdt>
      <w:r>
        <w:t xml:space="preserve"> None   </w:t>
      </w:r>
    </w:p>
    <w:p>
      <w:pPr>
        <w:pStyle w:val="FormLabel"/>
      </w:pPr>
      <w:r>
        <w:t>Shelves, tables, or pallets used to store food</w:t>
      </w:r>
    </w:p>
    <w:p>
      <w:pPr>
        <w:pStyle w:val="FormResponse"/>
      </w:pPr>
      <w:sdt>
        <w:sdtPr>
          <w:alias w:val="Shelves, tables, or pallets used to store food"/>
          <w:tag w:val="shelves,-tables,-or-pallets-used-to-store-food"/>
          <w:text/>
        </w:sdtPr>
        <w:sdtContent>
          <w:r>
            <w:t>[Enter response]</w:t>
          </w:r>
        </w:sdtContent>
      </w:sdt>
    </w:p>
    <w:p>
      <w:pPr>
        <w:pStyle w:val="FormLabel"/>
      </w:pPr>
      <w:r>
        <w:t>Is backup storage available?</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Heading1"/>
      </w:pPr>
      <w:r>
        <w:t>Cold storage</w:t>
      </w:r>
    </w:p>
    <w:p>
      <w:pPr>
        <w:pStyle w:val="FormLabel"/>
      </w:pPr>
      <w:r>
        <w:t>Can each cold-storage unit be secured in a locked pantry or individually locked?</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Number of refrigeration units</w:t>
      </w:r>
    </w:p>
    <w:p>
      <w:pPr>
        <w:pStyle w:val="FormResponse"/>
      </w:pPr>
      <w:sdt>
        <w:sdtPr>
          <w:alias w:val="Number of refrigeration units"/>
          <w:tag w:val="number-of-refrigeration-units"/>
          <w:text/>
        </w:sdtPr>
        <w:sdtContent>
          <w:r>
            <w:t>[Enter response]</w:t>
          </w:r>
        </w:sdtContent>
      </w:sdt>
    </w:p>
    <w:p>
      <w:pPr>
        <w:pStyle w:val="FormLabel"/>
      </w:pPr>
      <w:r>
        <w:t>Number of freezer units</w:t>
      </w:r>
    </w:p>
    <w:p>
      <w:pPr>
        <w:pStyle w:val="FormResponse"/>
      </w:pPr>
      <w:sdt>
        <w:sdtPr>
          <w:alias w:val="Number of freezer units"/>
          <w:tag w:val="number-of-freezer-units"/>
          <w:text/>
        </w:sdtPr>
        <w:sdtContent>
          <w:r>
            <w:t>[Enter response]</w:t>
          </w:r>
        </w:sdtContent>
      </w:sdt>
    </w:p>
    <w:p>
      <w:pPr>
        <w:pStyle w:val="FormLabel"/>
      </w:pPr>
      <w:r>
        <w:t>Are any cold-storage units shared with another program?</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explain</w:t>
      </w:r>
    </w:p>
    <w:p>
      <w:pPr>
        <w:pStyle w:val="FormResponse"/>
      </w:pPr>
      <w:sdt>
        <w:sdtPr>
          <w:alias w:val="If yes, explain"/>
          <w:tag w:val="if-yes,-explain"/>
          <w:text w:multiLine="1"/>
        </w:sdtPr>
        <w:sdtContent>
          <w:r>
            <w:t>[Enter response]</w:t>
          </w:r>
        </w:sdtContent>
      </w:sdt>
    </w:p>
    <w:p>
      <w:pPr>
        <w:pStyle w:val="Heading1"/>
      </w:pPr>
      <w:r>
        <w:t>Funding</w:t>
      </w:r>
    </w:p>
    <w:p>
      <w:pPr>
        <w:pStyle w:val="FormLabel"/>
      </w:pPr>
      <w:r>
        <w:t>Do you charge or collect donations, property, or services from clients during distribution?</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explain</w:t>
      </w:r>
    </w:p>
    <w:p>
      <w:pPr>
        <w:pStyle w:val="FormResponse"/>
      </w:pPr>
      <w:sdt>
        <w:sdtPr>
          <w:alias w:val="If yes, explain"/>
          <w:tag w:val="if-yes,-explain"/>
          <w:text w:multiLine="1"/>
        </w:sdtPr>
        <w:sdtContent>
          <w:r>
            <w:t>[Enter response]</w:t>
          </w:r>
        </w:sdtContent>
      </w:sdt>
    </w:p>
    <w:p>
      <w:pPr>
        <w:pStyle w:val="FormLabel"/>
      </w:pPr>
      <w:r>
        <w:t>Is the organization reimbursed by the government for client-care services?</w:t>
      </w:r>
    </w:p>
    <w:p>
      <w:pPr>
        <w:pStyle w:val="FormResponse"/>
      </w:pPr>
      <w:sdt>
        <w:sdtPr>
          <w:alias w:val="Yes"/>
          <w:tag w:val="checkbox-yes"/>
          <w14:checkbox>
            <w14:checked w14:val="0"/>
          </w14:checkbox>
        </w:sdtPr>
        <w:sdtContent>
          <w:r>
            <w:t>☐</w:t>
          </w:r>
        </w:sdtContent>
      </w:sdt>
      <w:r>
        <w:t xml:space="preserve"> Yes   </w:t>
      </w:r>
      <w:sdt>
        <w:sdtPr>
          <w:alias w:val="No"/>
          <w:tag w:val="checkbox-no"/>
          <w14:checkbox>
            <w14:checked w14:val="0"/>
          </w14:checkbox>
        </w:sdtPr>
        <w:sdtContent>
          <w:r>
            <w:t>☐</w:t>
          </w:r>
        </w:sdtContent>
      </w:sdt>
      <w:r>
        <w:t xml:space="preserve"> No   </w:t>
      </w:r>
    </w:p>
    <w:p>
      <w:pPr>
        <w:pStyle w:val="FormLabel"/>
      </w:pPr>
      <w:r>
        <w:t>If yes, explain</w:t>
      </w:r>
    </w:p>
    <w:p>
      <w:pPr>
        <w:pStyle w:val="FormResponse"/>
      </w:pPr>
      <w:sdt>
        <w:sdtPr>
          <w:alias w:val="If yes, explain"/>
          <w:tag w:val="if-yes,-explain"/>
          <w:text w:multiLine="1"/>
        </w:sdtPr>
        <w:sdtContent>
          <w:r>
            <w:t>[Enter response]</w:t>
          </w:r>
        </w:sdtContent>
      </w:sdt>
    </w:p>
    <w:p>
      <w:pPr>
        <w:pStyle w:val="FormLabel"/>
      </w:pPr>
      <w:r>
        <w:t>Date of most recent fundraiser</w:t>
      </w:r>
    </w:p>
    <w:p>
      <w:pPr>
        <w:pStyle w:val="FormResponse"/>
      </w:pPr>
      <w:sdt>
        <w:sdtPr>
          <w:alias w:val="Date of most recent fundraiser"/>
          <w:tag w:val="date-of-most-recent-fundraiser"/>
          <w:text/>
        </w:sdtPr>
        <w:sdtContent>
          <w:r>
            <w:t>[Enter response]</w:t>
          </w:r>
        </w:sdtContent>
      </w:sdt>
    </w:p>
    <w:p>
      <w:pPr>
        <w:pStyle w:val="FormLabel"/>
      </w:pPr>
      <w:r>
        <w:t>Describe the fundraiser</w:t>
      </w:r>
    </w:p>
    <w:p>
      <w:pPr>
        <w:pStyle w:val="FormResponse"/>
      </w:pPr>
      <w:sdt>
        <w:sdtPr>
          <w:alias w:val="Describe the fundraiser"/>
          <w:tag w:val="describe-the-fundraiser"/>
          <w:text w:multiLine="1"/>
        </w:sdtPr>
        <w:sdtContent>
          <w:r>
            <w:t>[Enter response]</w:t>
          </w:r>
        </w:sdtContent>
      </w:sdt>
    </w:p>
    <w:p>
      <w:pPr>
        <w:pStyle w:val="FormLabel"/>
      </w:pPr>
      <w:r>
        <w:t>How often will the food program fundraise, and by what methods?</w:t>
      </w:r>
    </w:p>
    <w:p>
      <w:pPr>
        <w:pStyle w:val="FormResponse"/>
      </w:pPr>
      <w:sdt>
        <w:sdtPr>
          <w:alias w:val="How often will the food program fundraise, and by what methods?"/>
          <w:tag w:val="how-often-will-the-food-program-fundraise,-and-by-what-metho"/>
          <w:text w:multiLine="1"/>
        </w:sdtPr>
        <w:sdtContent>
          <w:r>
            <w:t>[Enter response]</w:t>
          </w:r>
        </w:sdtContent>
      </w:sdt>
    </w:p>
    <w:p>
      <w:pPr>
        <w:pStyle w:val="Heading1"/>
      </w:pPr>
      <w:r>
        <w:t>Corporate officers or Board of Directors</w:t>
      </w:r>
    </w:p>
    <w:p>
      <w:pPr>
        <w:pStyle w:val="FormLabel"/>
      </w:pPr>
      <w:r>
        <w:t>President</w:t>
      </w:r>
    </w:p>
    <w:p>
      <w:pPr>
        <w:pStyle w:val="FormResponse"/>
      </w:pPr>
      <w:sdt>
        <w:sdtPr>
          <w:alias w:val="President"/>
          <w:tag w:val="president"/>
          <w:text/>
        </w:sdtPr>
        <w:sdtContent>
          <w:r>
            <w:t>[Enter response]</w:t>
          </w:r>
        </w:sdtContent>
      </w:sdt>
    </w:p>
    <w:p>
      <w:pPr>
        <w:pStyle w:val="FormLabel"/>
      </w:pPr>
      <w:r>
        <w:t>Vice president</w:t>
      </w:r>
    </w:p>
    <w:p>
      <w:pPr>
        <w:pStyle w:val="FormResponse"/>
      </w:pPr>
      <w:sdt>
        <w:sdtPr>
          <w:alias w:val="Vice president"/>
          <w:tag w:val="vice-president"/>
          <w:text/>
        </w:sdtPr>
        <w:sdtContent>
          <w:r>
            <w:t>[Enter response]</w:t>
          </w:r>
        </w:sdtContent>
      </w:sdt>
    </w:p>
    <w:p>
      <w:pPr>
        <w:pStyle w:val="FormLabel"/>
      </w:pPr>
      <w:r>
        <w:t>Secretary</w:t>
      </w:r>
    </w:p>
    <w:p>
      <w:pPr>
        <w:pStyle w:val="FormResponse"/>
      </w:pPr>
      <w:sdt>
        <w:sdtPr>
          <w:alias w:val="Secretary"/>
          <w:tag w:val="secretary"/>
          <w:text/>
        </w:sdtPr>
        <w:sdtContent>
          <w:r>
            <w:t>[Enter response]</w:t>
          </w:r>
        </w:sdtContent>
      </w:sdt>
    </w:p>
    <w:p>
      <w:pPr>
        <w:pStyle w:val="FormLabel"/>
      </w:pPr>
      <w:r>
        <w:t>Treasurer</w:t>
      </w:r>
    </w:p>
    <w:p>
      <w:pPr>
        <w:pStyle w:val="FormResponse"/>
      </w:pPr>
      <w:sdt>
        <w:sdtPr>
          <w:alias w:val="Treasurer"/>
          <w:tag w:val="treasurer"/>
          <w:text/>
        </w:sdtPr>
        <w:sdtContent>
          <w:r>
            <w:t>[Enter response]</w:t>
          </w:r>
        </w:sdtContent>
      </w:sdt>
    </w:p>
    <w:p>
      <w:pPr>
        <w:pStyle w:val="FormLabel"/>
      </w:pPr>
      <w:r>
        <w:t>Other officer or director - name and title</w:t>
      </w:r>
    </w:p>
    <w:p>
      <w:pPr>
        <w:pStyle w:val="FormResponse"/>
      </w:pPr>
      <w:sdt>
        <w:sdtPr>
          <w:alias w:val="Other officer or director - name and title"/>
          <w:tag w:val="other-officer-or-director---name-and-title"/>
          <w:text/>
        </w:sdtPr>
        <w:sdtContent>
          <w:r>
            <w:t>[Enter response]</w:t>
          </w:r>
        </w:sdtContent>
      </w:sdt>
    </w:p>
    <w:p>
      <w:pPr>
        <w:pStyle w:val="Heading1"/>
        <w:pageBreakBefore/>
      </w:pPr>
      <w:r>
        <w:t>Authorized signatures</w:t>
      </w:r>
    </w:p>
    <w:p>
      <w:r>
        <w:t>By signing below, the signers agree to follow the policies and guidelines established by Harry Chapin Food Bank. Signatures are required. Whether electronic signatures are accepted must be confirmed with the Agency Relations team.</w:t>
      </w:r>
    </w:p>
    <w:p>
      <w:pPr>
        <w:pStyle w:val="FormLabel"/>
      </w:pPr>
      <w:r>
        <w:t>Highest authority - printed name</w:t>
      </w:r>
    </w:p>
    <w:p>
      <w:pPr>
        <w:pStyle w:val="FormResponse"/>
      </w:pPr>
      <w:sdt>
        <w:sdtPr>
          <w:alias w:val="Highest authority - printed name"/>
          <w:tag w:val="highest-authority---printed-name"/>
          <w:text/>
        </w:sdtPr>
        <w:sdtContent>
          <w:r>
            <w:t>[Enter response]</w:t>
          </w:r>
        </w:sdtContent>
      </w:sdt>
    </w:p>
    <w:p>
      <w:pPr>
        <w:pStyle w:val="FormLabel"/>
      </w:pPr>
      <w:r>
        <w:t>Highest authority - signature</w:t>
      </w:r>
    </w:p>
    <w:p>
      <w:pPr>
        <w:pStyle w:val="FormResponse"/>
      </w:pPr>
      <w:sdt>
        <w:sdtPr>
          <w:alias w:val="Highest authority - signature"/>
          <w:tag w:val="highest-authority---signature"/>
          <w:text/>
        </w:sdtPr>
        <w:sdtContent>
          <w:r>
            <w:t>[Enter response]</w:t>
          </w:r>
        </w:sdtContent>
      </w:sdt>
    </w:p>
    <w:p>
      <w:pPr>
        <w:pStyle w:val="FormLabel"/>
      </w:pPr>
      <w:r>
        <w:t>Date</w:t>
      </w:r>
    </w:p>
    <w:p>
      <w:pPr>
        <w:pStyle w:val="FormResponse"/>
      </w:pPr>
      <w:sdt>
        <w:sdtPr>
          <w:alias w:val="Date"/>
          <w:tag w:val="date"/>
          <w:text/>
        </w:sdtPr>
        <w:sdtContent>
          <w:r>
            <w:t>[Enter response]</w:t>
          </w:r>
        </w:sdtContent>
      </w:sdt>
    </w:p>
    <w:p>
      <w:pPr>
        <w:pStyle w:val="FormLabel"/>
      </w:pPr>
      <w:r>
        <w:t>Contact - printed name</w:t>
      </w:r>
    </w:p>
    <w:p>
      <w:pPr>
        <w:pStyle w:val="FormResponse"/>
      </w:pPr>
      <w:sdt>
        <w:sdtPr>
          <w:alias w:val="Contact - printed name"/>
          <w:tag w:val="contact---printed-name"/>
          <w:text/>
        </w:sdtPr>
        <w:sdtContent>
          <w:r>
            <w:t>[Enter response]</w:t>
          </w:r>
        </w:sdtContent>
      </w:sdt>
    </w:p>
    <w:p>
      <w:pPr>
        <w:pStyle w:val="FormLabel"/>
      </w:pPr>
      <w:r>
        <w:t>Contact - signature</w:t>
      </w:r>
    </w:p>
    <w:p>
      <w:pPr>
        <w:pStyle w:val="FormResponse"/>
      </w:pPr>
      <w:sdt>
        <w:sdtPr>
          <w:alias w:val="Contact - signature"/>
          <w:tag w:val="contact---signature"/>
          <w:text/>
        </w:sdtPr>
        <w:sdtContent>
          <w:r>
            <w:t>[Enter response]</w:t>
          </w:r>
        </w:sdtContent>
      </w:sdt>
    </w:p>
    <w:p>
      <w:pPr>
        <w:pStyle w:val="FormLabel"/>
      </w:pPr>
      <w:r>
        <w:t>Date</w:t>
      </w:r>
    </w:p>
    <w:p>
      <w:pPr>
        <w:pStyle w:val="FormResponse"/>
      </w:pPr>
      <w:sdt>
        <w:sdtPr>
          <w:alias w:val="Date"/>
          <w:tag w:val="date"/>
          <w:text/>
        </w:sdtPr>
        <w:sdtContent>
          <w:r>
            <w:t>[Enter response]</w:t>
          </w:r>
        </w:sdtContent>
      </w:sdt>
    </w:p>
    <w:sectPr w:rsidR="00FC693F" w:rsidRPr="0006063C" w:rsidSect="00034616">
      <w:footerReference w:type="default" r:id="rId11"/>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Harry Chapin Food Bank | Agency Partnership Application | agencyrelations@hcfb.org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00"/>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keepNext/>
      <w:spacing w:before="100" w:after="20"/>
    </w:pPr>
    <w:rPr>
      <w:rFonts w:ascii="Arial" w:hAnsi="Arial"/>
      <w:b/>
      <w:sz w:val="20"/>
    </w:rPr>
  </w:style>
  <w:style w:type="paragraph" w:customStyle="1" w:styleId="FormResponse">
    <w:name w:val="Form Response"/>
    <w:pPr>
      <w:spacing w:after="100"/>
      <w:ind w:left="216"/>
    </w:pPr>
    <w:rPr>
      <w:rFonts w:ascii="Arial" w:hAnsi="Arial"/>
      <w:color w:val="3333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mailto:agencyrelations@hcfb.org?subject=Agency%20Partnership%20Application%20%E2%80%94%20%5BOrganization%20Name%5D"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Application>Harry Chapin Food Bank</Application>
</Properties>
</file>

<file path=docProps/core.xml><?xml version="1.0" encoding="utf-8"?>
<ns0:coreProperties xmlns:dc="http://purl.org/dc/elements/1.1/" xmlns:ns0="http://schemas.openxmlformats.org/package/2006/metadata/core-properties">
  <dc:title>Agency Partnership Application</dc:title>
  <dc:subject>Application for agency partnership</dc:subject>
  <dc:creator>Harry Chapin Food Bank</dc:creator>
  <ns0:lastModifiedBy>Harry Chapin Food Bank</ns0:lastModifiedBy>
</ns0:coreProperties>
</file>